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jpeg"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4C83F" w14:textId="77777777" w:rsidR="00A43617" w:rsidRDefault="00305164">
      <w:pPr>
        <w:spacing w:after="100" w:line="252" w:lineRule="auto"/>
        <w:jc w:val="center"/>
      </w:pPr>
      <w:r>
        <w:rPr>
          <w:b/>
          <w:sz w:val="28"/>
        </w:rPr>
        <w:t>THE SUNNY VILLA CO-OPERATIVE HOUSE BUILDING SOCIETY LTD</w:t>
      </w:r>
    </w:p>
    <w:p w14:paraId="7AC2E6E2" w14:textId="77777777" w:rsidR="00A43617" w:rsidRDefault="00305164">
      <w:pPr>
        <w:spacing w:after="100" w:line="252" w:lineRule="auto"/>
        <w:jc w:val="center"/>
      </w:pPr>
      <w:r>
        <w:rPr>
          <w:sz w:val="18"/>
        </w:rPr>
        <w:t>4, D.D.A. Complex, Nanak Pura, New Delhi  |  ☎ 9212336266  |  E-Mail: gurproj@gmail.com</w:t>
      </w:r>
    </w:p>
    <w:p w14:paraId="22206FAE" w14:textId="77777777" w:rsidR="00A43617" w:rsidRDefault="00305164">
      <w:pPr>
        <w:spacing w:after="100" w:line="252" w:lineRule="auto"/>
        <w:jc w:val="right"/>
      </w:pPr>
      <w:r>
        <w:rPr>
          <w:b/>
        </w:rPr>
        <w:t>Date: 29-Aug.-2026</w:t>
      </w:r>
    </w:p>
    <w:p w14:paraId="51691830" w14:textId="77777777" w:rsidR="00A43617" w:rsidRDefault="00305164">
      <w:pPr>
        <w:spacing w:after="100" w:line="252" w:lineRule="auto"/>
        <w:jc w:val="center"/>
      </w:pPr>
      <w:r>
        <w:rPr>
          <w:b/>
          <w:sz w:val="26"/>
        </w:rPr>
        <w:t>IMPORTANT NOTICE TO ALL MEMBERS</w:t>
      </w:r>
    </w:p>
    <w:p w14:paraId="47D1C932" w14:textId="77777777" w:rsidR="00A43617" w:rsidRDefault="00305164">
      <w:pPr>
        <w:spacing w:after="100" w:line="252" w:lineRule="auto"/>
        <w:jc w:val="center"/>
      </w:pPr>
      <w:r>
        <w:rPr>
          <w:b/>
        </w:rPr>
        <w:t>Subject: Caution against Unauthorized Collection of Cash/Payments in the Name of the Society</w:t>
      </w:r>
    </w:p>
    <w:p w14:paraId="5620623F" w14:textId="77777777" w:rsidR="00A43617" w:rsidRDefault="00305164">
      <w:pPr>
        <w:spacing w:after="100" w:line="252" w:lineRule="auto"/>
      </w:pPr>
      <w:r>
        <w:t>Dear Members,</w:t>
      </w:r>
    </w:p>
    <w:p w14:paraId="3365F7FC" w14:textId="77777777" w:rsidR="00A43617" w:rsidRDefault="00305164">
      <w:pPr>
        <w:spacing w:after="100" w:line="252" w:lineRule="auto"/>
      </w:pPr>
      <w:r>
        <w:t>The Managing Committee of The Sunny Villa Co-operative House Building Society considers it necessary to bring an important matter to the attention of all members.</w:t>
      </w:r>
    </w:p>
    <w:p w14:paraId="69E74401" w14:textId="77777777" w:rsidR="00A43617" w:rsidRDefault="00305164">
      <w:pPr>
        <w:spacing w:after="100" w:line="252" w:lineRule="auto"/>
      </w:pPr>
      <w:r>
        <w:t>It has come to our notice that certain individuals are approaching members and collecting, or attempting to collect, cash/payments in the name of the Society, while also communicating information which has not been authorized or issued by the Society.</w:t>
      </w:r>
    </w:p>
    <w:p w14:paraId="6828C2D0" w14:textId="77777777" w:rsidR="00A43617" w:rsidRDefault="00305164">
      <w:pPr>
        <w:spacing w:after="100" w:line="252" w:lineRule="auto"/>
      </w:pPr>
      <w:r>
        <w:t>We wish to make the Society’s position absolutely clear: The Society has not authorized any individual member or any other person to collect cash or any payment from members on behalf of the Society. At present, the Society is not demanding or collecting any such amount from its members.</w:t>
      </w:r>
    </w:p>
    <w:p w14:paraId="7EC68757" w14:textId="77777777" w:rsidR="00A43617" w:rsidRDefault="00305164">
      <w:pPr>
        <w:spacing w:after="100" w:line="252" w:lineRule="auto"/>
      </w:pPr>
      <w:r>
        <w:t>Accordingly, no member should hand over cash, transfer money, or make any payment to any individual claiming that such payment is being collected on behalf of the Society, unless the demand is supported by a formal written communication issued by the Society through its authorized office-bearers and the prescribed official payment mechanism.</w:t>
      </w:r>
    </w:p>
    <w:p w14:paraId="21431662" w14:textId="77777777" w:rsidR="00A43617" w:rsidRDefault="00305164">
      <w:pPr>
        <w:spacing w:after="100" w:line="252" w:lineRule="auto"/>
      </w:pPr>
      <w:r>
        <w:t>Members are particularly requested not to rely upon oral statements, informal letters, WhatsApp messages, personal requests, rumours, or representations made by individual members as evidence of any Society demand.</w:t>
      </w:r>
    </w:p>
    <w:p w14:paraId="25BE7828" w14:textId="77777777" w:rsidR="00A43617" w:rsidRDefault="00305164">
      <w:pPr>
        <w:spacing w:after="100" w:line="252" w:lineRule="auto"/>
      </w:pPr>
      <w:r>
        <w:t>The Society further wishes to assure all members that the office-bearers have been working for the Society and its members for approximately 25 years, with the primary objective of protecting the collective interests and rights of the members. The Society has, over the years, continued to deal with various issues concerning its land and other matters, including the ongoing legal proceedings relating to the Society’s land parcel.</w:t>
      </w:r>
    </w:p>
    <w:p w14:paraId="1714661C" w14:textId="77777777" w:rsidR="00A43617" w:rsidRDefault="00305164">
      <w:pPr>
        <w:spacing w:after="100" w:line="252" w:lineRule="auto"/>
      </w:pPr>
      <w:r>
        <w:t>The office-bearers have continued to devote their time and resources towards the affairs of the Society. The office of the Society is being operated from the office premises of the Secretary/President/Treasurer without the Society being burdened with any separate rent for the same. This is one of the several ways in which the office-bearers have sought to minimize unnecessary expenditure and serve the collective interests of the members.</w:t>
      </w:r>
    </w:p>
    <w:p w14:paraId="049DEFE8" w14:textId="77777777" w:rsidR="00A43617" w:rsidRDefault="00305164">
      <w:pPr>
        <w:spacing w:after="100" w:line="252" w:lineRule="auto"/>
      </w:pPr>
      <w:r>
        <w:t>The Society is aware that certain statements and allegations are being circulated regarding the motives and functioning of the office-bearers. The Managing Committee does not wish to enter into personal allegations or controversies. Our priority is, and shall remain, the protection of the Society’s property, legal rights, finances and the interests of all its members.</w:t>
      </w:r>
    </w:p>
    <w:p w14:paraId="3A093F72" w14:textId="77777777" w:rsidR="00A43617" w:rsidRDefault="00305164">
      <w:pPr>
        <w:spacing w:after="100" w:line="252" w:lineRule="auto"/>
      </w:pPr>
      <w:r>
        <w:t>At the same time, members are requested to exercise caution and verify any demand for money directly with the authorized office-bearers of the Society before making any payment.</w:t>
      </w:r>
    </w:p>
    <w:p w14:paraId="0FD3B9AE" w14:textId="77777777" w:rsidR="00A43617" w:rsidRDefault="00305164">
      <w:pPr>
        <w:spacing w:after="100" w:line="252" w:lineRule="auto"/>
      </w:pPr>
      <w:r>
        <w:rPr>
          <w:b/>
        </w:rPr>
        <w:t>IMPORTANT — PLEASE NOTE</w:t>
      </w:r>
    </w:p>
    <w:p w14:paraId="488703B4" w14:textId="77777777" w:rsidR="00A43617" w:rsidRDefault="00305164">
      <w:pPr>
        <w:spacing w:after="100" w:line="252" w:lineRule="auto"/>
        <w:ind w:left="288"/>
      </w:pPr>
      <w:r>
        <w:t>• Do not pay cash to any individual claiming to represent the Society or claiming that the payment will benefit the members or the Society.</w:t>
      </w:r>
    </w:p>
    <w:p w14:paraId="7EA5F2C5" w14:textId="77777777" w:rsidR="00A43617" w:rsidRDefault="00305164">
      <w:pPr>
        <w:spacing w:after="100" w:line="252" w:lineRule="auto"/>
        <w:ind w:left="288"/>
      </w:pPr>
      <w:r>
        <w:t>• Do not make any payment based solely on a personal letter, oral request, WhatsApp message or representation by an individual member.</w:t>
      </w:r>
    </w:p>
    <w:p w14:paraId="3F5F5C5D" w14:textId="77777777" w:rsidR="00A43617" w:rsidRDefault="00305164">
      <w:pPr>
        <w:spacing w:after="100" w:line="252" w:lineRule="auto"/>
        <w:ind w:left="288"/>
      </w:pPr>
      <w:r>
        <w:t>• Any genuine Society demand for payment will be communicated officially by the Society and should always be paid through the proper banking channel to be credited to the Society’s Bank Account.</w:t>
      </w:r>
    </w:p>
    <w:p w14:paraId="48672BBC" w14:textId="77777777" w:rsidR="00A43617" w:rsidRDefault="00305164">
      <w:pPr>
        <w:spacing w:after="100" w:line="252" w:lineRule="auto"/>
        <w:ind w:left="288"/>
      </w:pPr>
      <w:r>
        <w:t>• If anyone approaches you for money in the name of the Society, please ask for proper authorization and immediately inform the Secretary/authorized office-bearer.</w:t>
      </w:r>
    </w:p>
    <w:p w14:paraId="39059DDE" w14:textId="77777777" w:rsidR="00A43617" w:rsidRDefault="00305164">
      <w:pPr>
        <w:spacing w:after="100" w:line="252" w:lineRule="auto"/>
        <w:ind w:left="288"/>
      </w:pPr>
      <w:r>
        <w:t>• Members are requested to retain any letter, receipt, message or other document through which an unauthorized demand or collection is made and bring it to the notice of the Society.</w:t>
      </w:r>
    </w:p>
    <w:p w14:paraId="27862DEF" w14:textId="77777777" w:rsidR="00A43617" w:rsidRDefault="00305164">
      <w:pPr>
        <w:spacing w:after="100" w:line="252" w:lineRule="auto"/>
      </w:pPr>
      <w:r>
        <w:t>This communication is being issued in the collective interest of all members, so that no member is misled, induced to make an unauthorized payment, or placed at financial risk on account of any representation made in the name of the Society.</w:t>
      </w:r>
    </w:p>
    <w:p w14:paraId="619CECF5" w14:textId="77777777" w:rsidR="00A43617" w:rsidRDefault="00305164">
      <w:pPr>
        <w:spacing w:after="100" w:line="252" w:lineRule="auto"/>
      </w:pPr>
      <w:r>
        <w:t>The Society remains committed to transparency, proper procedure and safeguarding the common interests of all its members. Members are specifically requested not to rely upon rumours, unverified information or messages circulated through WhatsApp or any other informal channel concerning the Society, its property, its legal matters or any alleged demand for money. Such information may be incomplete, misleading or incorrect and must not be treated as an official communication of the Society.</w:t>
      </w:r>
    </w:p>
    <w:p w14:paraId="5C3B699D" w14:textId="77777777" w:rsidR="00A43617" w:rsidRDefault="00305164">
      <w:pPr>
        <w:spacing w:after="100" w:line="252" w:lineRule="auto"/>
      </w:pPr>
      <w:r>
        <w:t>If you receive any message, letter, call or information which has not been officially issued by the Society, please do not act upon it or make any payment. Instead, kindly bring the matter immediately to the notice of the Secretary or any authorized member of the Managing/Organizing Committee through the contact details provided below.</w:t>
      </w:r>
    </w:p>
    <w:p w14:paraId="6E4F9A7A" w14:textId="77777777" w:rsidR="00A43617" w:rsidRDefault="00305164">
      <w:pPr>
        <w:spacing w:after="100" w:line="252" w:lineRule="auto"/>
      </w:pPr>
      <w:r>
        <w:t>If you have any doubt or require clarification on any matter relating to the Society, we encourage you to contact the Secretary directly. Your questions and concerns are welcome, and the Society will endeavour to provide appropriate clarification and information to its members.</w:t>
      </w:r>
    </w:p>
    <w:p w14:paraId="7EE6307B" w14:textId="77777777" w:rsidR="00A43617" w:rsidRDefault="00305164">
      <w:pPr>
        <w:spacing w:after="100" w:line="252" w:lineRule="auto"/>
      </w:pPr>
      <w:r>
        <w:rPr>
          <w:b/>
        </w:rPr>
        <w:t>STRICT ACTION AGAINST UNAUTHORIZED COLLECTION</w:t>
      </w:r>
    </w:p>
    <w:p w14:paraId="5FDEC9C1" w14:textId="77777777" w:rsidR="00A43617" w:rsidRDefault="00305164">
      <w:pPr>
        <w:spacing w:after="100" w:line="252" w:lineRule="auto"/>
      </w:pPr>
      <w:r>
        <w:t>The Society takes unauthorized collection of money in its name very seriously. Any person found soliciting, demanding or collecting money from members by representing, expressly or otherwise, that such money is payable to or being collected on behalf of the Society without proper authorization, may be proceeded against in accordance with applicable law. The Society reserves its right to take appropriate and strict legal action against such persons and to take all necessary steps to protect the Society and its members from financial loss, misrepresentation or misuse of the Society’s name.</w:t>
      </w:r>
    </w:p>
    <w:p w14:paraId="00EEE0B0" w14:textId="77777777" w:rsidR="00A43617" w:rsidRDefault="00305164">
      <w:pPr>
        <w:spacing w:after="100" w:line="252" w:lineRule="auto"/>
      </w:pPr>
      <w:r>
        <w:t>Members are therefore requested to cooperate with the Society by promptly reporting any such instance and, wherever possible, retaining the relevant letter, receipt, WhatsApp message, payment request or other communication so that appropriate action can be taken.</w:t>
      </w:r>
    </w:p>
    <w:p w14:paraId="672E5ECE" w14:textId="77777777" w:rsidR="00A43617" w:rsidRDefault="00305164">
      <w:pPr>
        <w:spacing w:after="100" w:line="252" w:lineRule="auto"/>
      </w:pPr>
      <w:r>
        <w:rPr>
          <w:b/>
        </w:rPr>
        <w:t>YOUR COOPERATION MATTERS</w:t>
      </w:r>
    </w:p>
    <w:p w14:paraId="78F7FEBE" w14:textId="77777777" w:rsidR="00A43617" w:rsidRDefault="00305164">
      <w:pPr>
        <w:spacing w:after="100" w:line="252" w:lineRule="auto"/>
      </w:pPr>
      <w:r>
        <w:t>The Society has been functioning for approximately 25 years, and the office-bearers have consistently devoted their time and resources towards protecting the collective interests of the members and safeguarding the Society’s property and rights. The Society is presently also dealing with important legal matters concerning its land parcel. These matters require patience, unity and responsible participation from all members.</w:t>
      </w:r>
    </w:p>
    <w:p w14:paraId="5CF4B8A1" w14:textId="77777777" w:rsidR="00A43617" w:rsidRDefault="00305164">
      <w:pPr>
        <w:spacing w:after="100" w:line="252" w:lineRule="auto"/>
      </w:pPr>
      <w:r>
        <w:t>The office-bearers have continued to undertake these responsibilities without seeking personal financial benefit from the Society. The Society’s work has been carried out with the objective of protecting the common interests of its members.</w:t>
      </w:r>
    </w:p>
    <w:p w14:paraId="335BF133" w14:textId="77777777" w:rsidR="00A43617" w:rsidRDefault="00305164">
      <w:pPr>
        <w:spacing w:after="100" w:line="252" w:lineRule="auto"/>
      </w:pPr>
      <w:r>
        <w:t>We therefore request every member to be a vigilant and responsible member of the Society. Please verify information before acting upon it, do not make unauthorized payments, and immediately report any suspicious communication or demand for money.</w:t>
      </w:r>
    </w:p>
    <w:p w14:paraId="6940FCE7" w14:textId="77777777" w:rsidR="00A43617" w:rsidRDefault="00305164">
      <w:pPr>
        <w:spacing w:after="100" w:line="252" w:lineRule="auto"/>
      </w:pPr>
      <w:r>
        <w:t>The strength of the Society lies in the trust, unity and cooperation of its members. We assure all members that the Society remains committed to transparency, proper procedure and protection of the collective interests of every member.</w:t>
      </w:r>
    </w:p>
    <w:p w14:paraId="7D331FC7" w14:textId="77777777" w:rsidR="00A43617" w:rsidRDefault="00305164">
      <w:pPr>
        <w:spacing w:after="100" w:line="252" w:lineRule="auto"/>
      </w:pPr>
      <w:r>
        <w:t>The Society also intends to convene a General Meeting of all members shortly, where the office-bearers will provide appropriate clarification on the various matters concerning the Society and address the genuine grievances, concerns and queries of the members.</w:t>
      </w:r>
    </w:p>
    <w:p w14:paraId="2D570AC8" w14:textId="77777777" w:rsidR="00A43617" w:rsidRDefault="00305164">
      <w:pPr>
        <w:spacing w:after="100" w:line="252" w:lineRule="auto"/>
      </w:pPr>
      <w:r>
        <w:t>The meeting will also provide an opportunity to clarify any rumours, misinformation or misconceptions being circulated regarding the Society and its affairs, and to place the relevant facts before all members in a transparent manner.</w:t>
      </w:r>
    </w:p>
    <w:p w14:paraId="7F456D4C" w14:textId="77777777" w:rsidR="00A43617" w:rsidRDefault="00305164">
      <w:pPr>
        <w:spacing w:after="100" w:line="252" w:lineRule="auto"/>
      </w:pPr>
      <w:r>
        <w:t>The date, time and venue of the meeting will be communicated to all members shortly. We request all members to stay connected with the Society and remain in touch with the authorized office-bearers for official information.</w:t>
      </w:r>
    </w:p>
    <w:p w14:paraId="257F0A3A" w14:textId="77777777" w:rsidR="00A43617" w:rsidRDefault="00305164">
      <w:pPr>
        <w:spacing w:after="100" w:line="252" w:lineRule="auto"/>
      </w:pPr>
      <w:r>
        <w:t>Until then, we once again request every member to stay vigilant, verify information before acting upon it, and refrain from making any payment to any person claiming to collect money on behalf of the Society without proper authorization.</w:t>
      </w:r>
    </w:p>
    <w:p w14:paraId="15B81217" w14:textId="77777777" w:rsidR="00A43617" w:rsidRDefault="00305164">
      <w:pPr>
        <w:spacing w:after="100" w:line="252" w:lineRule="auto"/>
      </w:pPr>
      <w:r>
        <w:t>We look forward to the continued trust, cooperation and unity of all our members in protecting the common interests of the Society.</w:t>
      </w:r>
    </w:p>
    <w:p w14:paraId="519AA69D" w14:textId="77777777" w:rsidR="00A43617" w:rsidRDefault="00305164">
      <w:pPr>
        <w:spacing w:after="100" w:line="252" w:lineRule="auto"/>
      </w:pPr>
      <w:r>
        <w:t>Thank you for your cooperation and continued support.</w:t>
      </w:r>
    </w:p>
    <w:p w14:paraId="34F6BFF5" w14:textId="77777777" w:rsidR="00A43617" w:rsidRDefault="00305164">
      <w:pPr>
        <w:spacing w:after="100" w:line="252" w:lineRule="auto"/>
      </w:pPr>
      <w:r>
        <w:rPr>
          <w:b/>
        </w:rPr>
        <w:t>For any clarification or to report any unauthorized communication or collection, please contact:</w:t>
      </w:r>
    </w:p>
    <w:p w14:paraId="792EFB8F" w14:textId="77777777" w:rsidR="00A43617" w:rsidRDefault="00305164">
      <w:pPr>
        <w:spacing w:after="100" w:line="252" w:lineRule="auto"/>
      </w:pPr>
      <w:r>
        <w:t>For and On behalf of the Society,</w:t>
      </w:r>
      <w:r>
        <w:br/>
        <w:t>Secretary: B S Nakra</w:t>
      </w:r>
      <w:r>
        <w:br/>
        <w:t>Mobile: 9212336266, 9256081304</w:t>
      </w:r>
      <w:r>
        <w:br/>
        <w:t>Email: gurproj@gmail.com</w:t>
      </w:r>
    </w:p>
    <w:p w14:paraId="1A7589D3" w14:textId="77777777" w:rsidR="00A43617" w:rsidRDefault="00305164">
      <w:pPr>
        <w:spacing w:after="100" w:line="252" w:lineRule="auto"/>
      </w:pPr>
      <w:r>
        <w:t>For any update, you can visit the Society Website: https://sunnyvillachbs.org/</w:t>
      </w:r>
    </w:p>
    <w:sectPr w:rsidR="00A43617" w:rsidSect="00034616">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auto"/>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41953499">
    <w:abstractNumId w:val="8"/>
  </w:num>
  <w:num w:numId="2" w16cid:durableId="2100827362">
    <w:abstractNumId w:val="6"/>
  </w:num>
  <w:num w:numId="3" w16cid:durableId="475608072">
    <w:abstractNumId w:val="5"/>
  </w:num>
  <w:num w:numId="4" w16cid:durableId="137454827">
    <w:abstractNumId w:val="4"/>
  </w:num>
  <w:num w:numId="5" w16cid:durableId="1232232452">
    <w:abstractNumId w:val="7"/>
  </w:num>
  <w:num w:numId="6" w16cid:durableId="982738809">
    <w:abstractNumId w:val="3"/>
  </w:num>
  <w:num w:numId="7" w16cid:durableId="856426003">
    <w:abstractNumId w:val="2"/>
  </w:num>
  <w:num w:numId="8" w16cid:durableId="1847210053">
    <w:abstractNumId w:val="1"/>
  </w:num>
  <w:num w:numId="9" w16cid:durableId="421266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65"/>
  <w:proofState w:spelling="clean"/>
  <w:revisionView w:inkAnnotations="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05164"/>
    <w:rsid w:val="00326F90"/>
    <w:rsid w:val="003B7534"/>
    <w:rsid w:val="007E3E4C"/>
    <w:rsid w:val="00A43617"/>
    <w:rsid w:val="00AA1D8D"/>
    <w:rsid w:val="00B40A88"/>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278F8A"/>
  <w14:defaultImageDpi w14:val="300"/>
  <w15:docId w15:val="{83BA250A-08AB-D846-BF03-B4526D1B8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 /><Relationship Id="rId7"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ntTable" Target="fontTable.xml" /><Relationship Id="rId5" Type="http://schemas.openxmlformats.org/officeDocument/2006/relationships/webSettings" Target="webSettings.xml" /><Relationship Id="rId4" Type="http://schemas.openxmlformats.org/officeDocument/2006/relationships/settings" Target="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1297</Words>
  <Characters>7397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8677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sunnyvilla gurugram</cp:lastModifiedBy>
  <cp:revision>2</cp:revision>
  <dcterms:created xsi:type="dcterms:W3CDTF">2026-09-12T12:08:00Z</dcterms:created>
  <dcterms:modified xsi:type="dcterms:W3CDTF">2026-09-12T12:08:00Z</dcterms:modified>
  <cp:category/>
</cp:coreProperties>
</file>